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חנוכה - חג האורים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חג החנוכה ואת מנהגי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הקשור לחג ולהדלקת נרות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בעברית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8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נר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סופגניות ולביבות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מארגנטינה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השם השני של החג הוא חג האורים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מדליקים את הנרות בערב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כי שם העונות הפוכות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השורש הנכון הוא א-ו-ר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(דולק בחנוכייה)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(מאכל עגול ומתוק עם ריבה)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(צעצוע שמסתובבים בו בחג)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(יש בה 8 מקומות לנרות ועוד מקום לשמש)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(הנר שמדליק את שאר הנרות)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לכלול: חנוכייה, נר, שמש, ברכות, חלון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חופשית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כתב משפטים ברורים הקשורים לנושא החג ושימוש נכון במילות החג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8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חג האורים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סופגניות ולביבות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הקטעים המוקלטים לפני שהתלמידים עונים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להביא חנוכייה אמיתית להמחשה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לתלמידים המתקשים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חנוכה - חג האורים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דף זה עוסק בחג החנוכה - איך מדליקים נרות, מה אוכלים בחג ואיך חוגגים אותו בישראל.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ימים נמשך חג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נרות מדליקים בערב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אוכלים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סלט ודג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סופגניות ולביבות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במה משחקים הילדים בחג?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בסביבון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בקלפים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נר מדליק את הנרות האחרים?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הסביבון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הגפרור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מאיפה אנה, מהסיפור האישי?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מהודו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מרוסיה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חנוכה הוא חג של אור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מדליקים את הנרות בבוקר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שמים את החנוכייה ליד החלון כדי שכולם בחוץ יראו את האור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בארגנטינה חג חנוכה חל בקיץ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של המילה אור הוא נ-ו-ר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קודם מדליקים את ה__________, והוא מדליק את הנרות האחרים.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שמים את החנוכייה ליד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ההפך של אור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בערב הראשון מדליקים נר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בחג אוכלים סופגניות ו__________.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צעצוע שמסתובבים בו בחג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סופגנייה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דולק בחנוכייה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יש בה 8 מקומות לנרות ועוד מקום לשמש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חנוכייה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הנר שמדליק את שאר הנרות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מאכל עגול ומתוק עם ריבה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בכמה משפטים איך מדליקים נרות חנוכה.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כמה משפטים: מה אהבתם בסיפור של אנה, או ספרו על חג דומה מהמדינה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ימים נמשך חג 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השם השני של החג?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אוכלים בחג 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חנוכה - חג האורים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