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חג החנוכה ואת 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 ולהדלקת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סופגניות ולביבות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מארגנטינה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השם השני של החג הוא חג האורים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את הנרות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 שם העונות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השורש הנכון הוא א-ו-ר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(דולק בחנוכייה)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(מאכל עגול ומתוק עם 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(צעצוע שמסתובבים בו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 בה 8 מקומות לנרות ועוד מקום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(הנר שמדליק את שאר הנרות)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לכלול: חנוכייה, נר, שמש, ברכות, 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משפטים ברורים הקשורים לנושא החג ושימוש נכון במילות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האורים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סופגניות ולביבות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המוקלטים לפני שהתלמידים עונים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חנוכייה אמיתית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חג החנוכה - איך מדליקים נרות, מה אוכלים ואיך חוגגים.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עם 8 מקומות לנרות ועוד מקום לשמש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שמדליקים ונותן 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סופגנייה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עגול ומתוק, לפעמים עם 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מטוגן מתפוחי 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קטן שמסתובבים בו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שקרה, לפי הסיפור השמן דלק 8 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נרות בערב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אוכלים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סלט ודג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סופגניות ולביבות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משחקים הילדים?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מדליק את כל הנרות?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הגפרור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מאיזו מדינה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הוא חג של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הנרות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החנוכייה ליד החלון כדי שכולם בחוץ יראו את האור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בארגנטינה חג חנוכה חל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אור הוא נ-ו-ר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קודם מדליקים את ה__________, והוא מדליק את הנרות האחרים.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שמים את החנוכייה ליד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אור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בערב הראשון מדליקים נר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בחג אוכלים סופגניות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מאכל עגול ומתוק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דולק בחנוכייה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בה 8 מקומות לנרות ועוד מקום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הנר שמדליק את שאר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צעצוע שמסתובבים בו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בכמה משפטים איך מדליקים נרות 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משפטים: מה אהבתם בסיפור של אנה, או ספרו על חג דומה מהמדינה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השם השני של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אוכלים בחג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חנוכה - חג האורים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