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חנוכה - חג האורים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חג החנוכה ואת מנהגי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לחג ולהדלקת 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סופגניות ולביבות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השם השני של החג הוא חג האורים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מדליקים את הנרות בערב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(דולק בחנוכייה)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(מאכל עגול ומתוק עם 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(יש בה 8 מקומות לנרות ועוד מקום לשמש)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משפטים ברורים הקשורים לנושא החג ושימוש נכון במילות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האורים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סופגניות ולביבות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המוקלטים לפני שהתלמידים עונים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חנוכייה אמיתית להמחשה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חנוכה - חג האורים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עוסק בחג החנוכה - איך מדליקים נרות, מה אוכלים בחג ואיך חוגגים אותו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שמש  ·  חלון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נמשך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נרות מדליקים בערב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סלט ודג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סופגניות ולביבות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חנוכה הוא חג של 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את הנרות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קודם מדליקים את ה__________, והוא מדליק את הנרות האחרים.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שמים את החנוכייה ליד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מאכל עגול ומתוק עם 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יש בה 8 מקומות לנרות ועוד מקום לשמש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דולק בחנוכייה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משפטים: מה אהבתם בסיפור של אנה, או ספרו על חג דומה מהמדינה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ימים נמשך 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השם השני של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חנוכה - חג האורים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